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B320B" w14:textId="77777777" w:rsidR="00C131BB" w:rsidRDefault="00000000">
      <w:pPr>
        <w:jc w:val="center"/>
        <w:rPr>
          <w:rFonts w:hint="eastAsia"/>
        </w:rPr>
      </w:pPr>
      <w:r>
        <w:rPr>
          <w:b/>
          <w:sz w:val="24"/>
        </w:rPr>
        <w:t>ISTITUTO COMPRENSIVO SAN FILIPPO DEL MELA</w:t>
      </w:r>
    </w:p>
    <w:p w14:paraId="5ABBB419" w14:textId="77777777" w:rsidR="00C131BB" w:rsidRDefault="00000000">
      <w:pPr>
        <w:jc w:val="center"/>
        <w:rPr>
          <w:rFonts w:hint="eastAsia"/>
        </w:rPr>
      </w:pPr>
      <w:r>
        <w:rPr>
          <w:sz w:val="18"/>
        </w:rPr>
        <w:t>Via Salvo D’Acquisto – Olivarella – 98044 San Filippo del Mela (ME)</w:t>
      </w:r>
    </w:p>
    <w:p w14:paraId="6DF916B2" w14:textId="77777777" w:rsidR="00C131BB" w:rsidRDefault="00C131BB">
      <w:pPr>
        <w:rPr>
          <w:rFonts w:hint="eastAsia"/>
        </w:rPr>
      </w:pPr>
    </w:p>
    <w:p w14:paraId="07E88EEC" w14:textId="77777777" w:rsidR="00C131BB" w:rsidRDefault="00000000">
      <w:pPr>
        <w:jc w:val="center"/>
        <w:rPr>
          <w:rFonts w:hint="eastAsia"/>
        </w:rPr>
      </w:pPr>
      <w:r>
        <w:rPr>
          <w:b/>
          <w:sz w:val="30"/>
        </w:rPr>
        <w:t>MODULO DI AUTORIZZAZIONE</w:t>
      </w:r>
    </w:p>
    <w:p w14:paraId="7FBFA8B5" w14:textId="77777777" w:rsidR="00C131BB" w:rsidRDefault="00000000">
      <w:pPr>
        <w:jc w:val="center"/>
        <w:rPr>
          <w:rFonts w:hint="eastAsia"/>
        </w:rPr>
      </w:pPr>
      <w:r>
        <w:rPr>
          <w:b/>
          <w:sz w:val="24"/>
        </w:rPr>
        <w:t>PROGETTO MULTISENSORIALE “SNOEZELEN”</w:t>
      </w:r>
    </w:p>
    <w:p w14:paraId="76B811B3" w14:textId="77777777" w:rsidR="00C131BB" w:rsidRDefault="00000000">
      <w:pPr>
        <w:jc w:val="center"/>
        <w:rPr>
          <w:rFonts w:hint="eastAsia"/>
        </w:rPr>
      </w:pPr>
      <w:r>
        <w:rPr>
          <w:sz w:val="20"/>
        </w:rPr>
        <w:t>Anno scolastico 2026/2027</w:t>
      </w:r>
    </w:p>
    <w:p w14:paraId="0E8BFA3D" w14:textId="77777777" w:rsidR="00C131BB" w:rsidRDefault="00C131BB">
      <w:pPr>
        <w:rPr>
          <w:rFonts w:hint="eastAsia"/>
        </w:rPr>
      </w:pPr>
    </w:p>
    <w:p w14:paraId="2B0BB387" w14:textId="77777777" w:rsidR="00C131BB" w:rsidRDefault="00000000">
      <w:pPr>
        <w:jc w:val="right"/>
      </w:pPr>
      <w:r>
        <w:t>Al Dirigente Scolastico dell’I.C. San Filippo del Mela</w:t>
      </w:r>
    </w:p>
    <w:p w14:paraId="64876432" w14:textId="77777777" w:rsidR="0009249C" w:rsidRDefault="0009249C">
      <w:pPr>
        <w:jc w:val="right"/>
        <w:rPr>
          <w:rFonts w:hint="eastAsia"/>
        </w:rPr>
      </w:pPr>
    </w:p>
    <w:p w14:paraId="7AF312D0" w14:textId="77777777" w:rsidR="00C131BB" w:rsidRDefault="00000000">
      <w:pPr>
        <w:rPr>
          <w:rFonts w:hint="eastAsia"/>
        </w:rPr>
      </w:pPr>
      <w:r>
        <w:t>Il/La sottoscritto/a ______________________________________________________________</w:t>
      </w:r>
    </w:p>
    <w:p w14:paraId="5A25AE6C" w14:textId="77777777" w:rsidR="00C131BB" w:rsidRDefault="00000000">
      <w:pPr>
        <w:rPr>
          <w:rFonts w:hint="eastAsia"/>
        </w:rPr>
      </w:pPr>
      <w:r>
        <w:t>in qualità di genitore/esercente la responsabilità genitoriale dell’alunno/a:</w:t>
      </w:r>
    </w:p>
    <w:p w14:paraId="72A13E9F" w14:textId="77777777" w:rsidR="00C131BB" w:rsidRDefault="00000000">
      <w:pPr>
        <w:rPr>
          <w:rFonts w:hint="eastAsia"/>
        </w:rPr>
      </w:pPr>
      <w:r>
        <w:t>Cognome e nome __________________________________________________________________</w:t>
      </w:r>
    </w:p>
    <w:p w14:paraId="2EEC4E5A" w14:textId="77777777" w:rsidR="00C131BB" w:rsidRDefault="00000000">
      <w:pPr>
        <w:rPr>
          <w:rFonts w:hint="eastAsia"/>
        </w:rPr>
      </w:pPr>
      <w:r>
        <w:t>Plesso __________________________________  Ordine di scuola __________________________</w:t>
      </w:r>
    </w:p>
    <w:p w14:paraId="3A869E73" w14:textId="77777777" w:rsidR="00C131BB" w:rsidRDefault="00000000">
      <w:pPr>
        <w:rPr>
          <w:rFonts w:hint="eastAsia"/>
        </w:rPr>
      </w:pPr>
      <w:r>
        <w:t>Classe __________  Sezione __________</w:t>
      </w:r>
    </w:p>
    <w:p w14:paraId="59796DC1" w14:textId="77777777" w:rsidR="00C131BB" w:rsidRDefault="00C131BB">
      <w:pPr>
        <w:rPr>
          <w:rFonts w:hint="eastAsia"/>
        </w:rPr>
      </w:pPr>
    </w:p>
    <w:p w14:paraId="227465FF" w14:textId="77777777" w:rsidR="00C131BB" w:rsidRDefault="00000000">
      <w:pPr>
        <w:jc w:val="center"/>
        <w:rPr>
          <w:rFonts w:hint="eastAsia"/>
        </w:rPr>
      </w:pPr>
      <w:r>
        <w:rPr>
          <w:b/>
          <w:sz w:val="26"/>
        </w:rPr>
        <w:t>AUTORIZZA</w:t>
      </w:r>
    </w:p>
    <w:p w14:paraId="6679BC27" w14:textId="40849530" w:rsidR="00C131BB" w:rsidRDefault="00000000">
      <w:pPr>
        <w:rPr>
          <w:rFonts w:hint="eastAsia"/>
        </w:rPr>
      </w:pPr>
      <w:r>
        <w:t xml:space="preserve">il/la proprio/a figlio/a a partecipare alle attività del Progetto multisensoriale “Snoezelen”, organizzate dall’Istituto Comprensivo San Filippo del Mela </w:t>
      </w:r>
      <w:proofErr w:type="spellStart"/>
      <w:r>
        <w:t>nell’anno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2026/2027</w:t>
      </w:r>
      <w:r w:rsidR="0009249C">
        <w:t>.</w:t>
      </w:r>
    </w:p>
    <w:p w14:paraId="6734202C" w14:textId="131C2640" w:rsidR="00C131BB" w:rsidRDefault="00000000">
      <w:pPr>
        <w:rPr>
          <w:rFonts w:hint="eastAsia"/>
        </w:rPr>
      </w:pPr>
      <w:r>
        <w:t xml:space="preserve">Le </w:t>
      </w:r>
      <w:proofErr w:type="spellStart"/>
      <w:r>
        <w:t>attività</w:t>
      </w:r>
      <w:proofErr w:type="spellEnd"/>
      <w:r w:rsidR="0009249C">
        <w:t>, che</w:t>
      </w:r>
      <w:r>
        <w:t xml:space="preserve"> si svolgeranno nell’ambiente multisensoriale dedicato, </w:t>
      </w:r>
      <w:proofErr w:type="spellStart"/>
      <w:r>
        <w:t>saranno</w:t>
      </w:r>
      <w:proofErr w:type="spellEnd"/>
      <w:r>
        <w:t xml:space="preserve"> finalizzate a favorire il benessere, l’esplorazione sensoriale, la relazione e la partecipazione.</w:t>
      </w:r>
    </w:p>
    <w:p w14:paraId="55C3296D" w14:textId="77777777" w:rsidR="00C131BB" w:rsidRDefault="00C131BB">
      <w:pPr>
        <w:rPr>
          <w:rFonts w:hint="eastAsia"/>
        </w:rPr>
      </w:pPr>
    </w:p>
    <w:p w14:paraId="3B191496" w14:textId="77777777" w:rsidR="00C131BB" w:rsidRDefault="00000000">
      <w:proofErr w:type="spellStart"/>
      <w:r>
        <w:t>Luogo</w:t>
      </w:r>
      <w:proofErr w:type="spellEnd"/>
      <w:r>
        <w:t xml:space="preserve"> e data ____________________________________</w:t>
      </w:r>
    </w:p>
    <w:p w14:paraId="22FC6CCA" w14:textId="77777777" w:rsidR="0009249C" w:rsidRDefault="0009249C">
      <w:pPr>
        <w:rPr>
          <w:rFonts w:hint="eastAsia"/>
        </w:rPr>
      </w:pPr>
    </w:p>
    <w:p w14:paraId="4C379E1A" w14:textId="77777777" w:rsidR="00C131BB" w:rsidRDefault="00000000" w:rsidP="0009249C">
      <w:pPr>
        <w:jc w:val="right"/>
        <w:rPr>
          <w:rFonts w:hint="eastAsia"/>
        </w:rPr>
      </w:pPr>
      <w:r>
        <w:t>Firma del genitore / esercente la responsabilità genitoriale</w:t>
      </w:r>
    </w:p>
    <w:p w14:paraId="0CB91C99" w14:textId="48E64E55" w:rsidR="00C131BB" w:rsidRDefault="00000000" w:rsidP="0009249C">
      <w:pPr>
        <w:jc w:val="right"/>
        <w:rPr>
          <w:rFonts w:hint="eastAsia"/>
        </w:rPr>
      </w:pPr>
      <w:r>
        <w:t>_________________________________________________</w:t>
      </w:r>
    </w:p>
    <w:p w14:paraId="348AC232" w14:textId="3F6C28C0" w:rsidR="00C131BB" w:rsidRDefault="00C131BB">
      <w:pPr>
        <w:rPr>
          <w:rFonts w:hint="eastAsia"/>
        </w:rPr>
      </w:pPr>
    </w:p>
    <w:sectPr w:rsidR="00C131BB" w:rsidSect="00034616">
      <w:headerReference w:type="default" r:id="rId8"/>
      <w:pgSz w:w="12240" w:h="15840"/>
      <w:pgMar w:top="1020" w:right="1247" w:bottom="90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9D25D" w14:textId="77777777" w:rsidR="0040076D" w:rsidRDefault="0040076D" w:rsidP="0009249C">
      <w:pPr>
        <w:spacing w:after="0" w:line="240" w:lineRule="auto"/>
      </w:pPr>
      <w:r>
        <w:separator/>
      </w:r>
    </w:p>
  </w:endnote>
  <w:endnote w:type="continuationSeparator" w:id="0">
    <w:p w14:paraId="46E31351" w14:textId="77777777" w:rsidR="0040076D" w:rsidRDefault="0040076D" w:rsidP="00092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DC369" w14:textId="77777777" w:rsidR="0040076D" w:rsidRDefault="0040076D" w:rsidP="0009249C">
      <w:pPr>
        <w:spacing w:after="0" w:line="240" w:lineRule="auto"/>
      </w:pPr>
      <w:r>
        <w:separator/>
      </w:r>
    </w:p>
  </w:footnote>
  <w:footnote w:type="continuationSeparator" w:id="0">
    <w:p w14:paraId="656501E6" w14:textId="77777777" w:rsidR="0040076D" w:rsidRDefault="0040076D" w:rsidP="00092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D3200" w14:textId="7C641B77" w:rsidR="0009249C" w:rsidRDefault="0009249C" w:rsidP="0009249C">
    <w:pPr>
      <w:pStyle w:val="Intestazione"/>
      <w:jc w:val="center"/>
    </w:pPr>
    <w:r>
      <w:rPr>
        <w:noProof/>
      </w:rPr>
      <w:drawing>
        <wp:inline distT="0" distB="0" distL="0" distR="0" wp14:anchorId="211EF24E" wp14:editId="4F90ADB0">
          <wp:extent cx="2329180" cy="609600"/>
          <wp:effectExtent l="0" t="0" r="0" b="0"/>
          <wp:docPr id="152193662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18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3933081">
    <w:abstractNumId w:val="8"/>
  </w:num>
  <w:num w:numId="2" w16cid:durableId="570390801">
    <w:abstractNumId w:val="6"/>
  </w:num>
  <w:num w:numId="3" w16cid:durableId="1407262400">
    <w:abstractNumId w:val="5"/>
  </w:num>
  <w:num w:numId="4" w16cid:durableId="1970041362">
    <w:abstractNumId w:val="4"/>
  </w:num>
  <w:num w:numId="5" w16cid:durableId="1289581968">
    <w:abstractNumId w:val="7"/>
  </w:num>
  <w:num w:numId="6" w16cid:durableId="666131956">
    <w:abstractNumId w:val="3"/>
  </w:num>
  <w:num w:numId="7" w16cid:durableId="1347362285">
    <w:abstractNumId w:val="2"/>
  </w:num>
  <w:num w:numId="8" w16cid:durableId="54134895">
    <w:abstractNumId w:val="1"/>
  </w:num>
  <w:num w:numId="9" w16cid:durableId="472527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49C"/>
    <w:rsid w:val="0015074B"/>
    <w:rsid w:val="0029639D"/>
    <w:rsid w:val="00300B08"/>
    <w:rsid w:val="00326F90"/>
    <w:rsid w:val="0040076D"/>
    <w:rsid w:val="00AA1D8D"/>
    <w:rsid w:val="00B47730"/>
    <w:rsid w:val="00C131B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076850"/>
  <w14:defaultImageDpi w14:val="300"/>
  <w15:docId w15:val="{4CAFD654-C7A2-4991-9243-E2B539D21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60"/>
    </w:pPr>
    <w:rPr>
      <w:rFonts w:ascii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Daniele Pellegrino</cp:lastModifiedBy>
  <cp:revision>2</cp:revision>
  <dcterms:created xsi:type="dcterms:W3CDTF">2026-10-12T19:57:00Z</dcterms:created>
  <dcterms:modified xsi:type="dcterms:W3CDTF">2026-10-12T19:57:00Z</dcterms:modified>
  <cp:category/>
</cp:coreProperties>
</file>